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האלים האולימפיים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שנים עשר האלים הראשיים ותחומי האחריות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השמות הרומיים המקבילים לשמות היווניים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קשרי המשפחה בין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נפטון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הרמס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מארס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האדס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אפולו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הרה היא אשתו של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נקראים על שם האלים הרומיים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אתנה היא אלת החוכמה, אפרודיטה היא אלת האהבה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טריאינה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ארטמיס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אולימפוס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אל לשם הרומי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(ונוס)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(מארס)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(מרקוריוס)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 האלים הם ילדי זאוס; זאוס, הרה, פוסידון, דמטר, הסטיה והאדס הם ילדי קרונוס וריאה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הרומאים נתנו לאלים היווניים שמות חדשים, ומהם נגזרו שמות כוכבי הלכת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שם יווני ורומי נכון, תחום אחריות תואם לטקסט, סמל מהרשימה, משפט מקורי מתאים לאופי האל, ופתרון יצירתי לבעיה 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זאוס, יופיטר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פוסידון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האדס גר בעולם התחתון ולכן בדרך כלל לא נמנה בין שנים עשר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האלים באתר ככלי עזר ויזואלי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ההבחנה בין שם יווני לשם רומי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הכרטיס הפתוחה מתאימה לעבודה בזוגות או כשיעורי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האלים האולימפיים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האלים היווניים גרו על הר האולימפוס, ולכל אחד מהם היה תחום שהוא שלט בו. הרומאים אימצו את האלים ונתנו להם שמות חדשים, שמהם נגזרו שמות כוכבי הלכת.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מלך האלים ואל הברק והרעם?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השם הרומי של פוסידון?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אלת החוכמה שנולדה מראשו של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אל היין והחגיגות?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הפייסטוס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שליח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השם הרומי של ארס?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שולט בעולם התחתון?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אחיה התאום של ארטמיס?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הפייסטוס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האדס בדרך כלל לא נמנה בין שנים עשר האלים האולימפיים כי הוא גר בעולם התחתון.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הרה היא אשתו של פוסידון.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אפרודיטה, לפי סיפור אחד, נולדה מקצף הים.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כוכבי הלכת באנגלית נקראים על שם האלים היווניים.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היא אלת האהבה והיופי.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דמטר היא אלת החקלאות והתבואה.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סמלו של פוסידון הוא __________ (קלשון).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אלת הציד והירח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האל שסמלו פטיש וסדן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שנים עשר האלים הראשיים גרו על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 המסחר והדרכים, שליח האלים,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אלת האח והבית, שלעיתים מופיעה ברשימת שנים עשר במקום דיוניסוס,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אל לשם הרומי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מרקוריוס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מארס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הם הורי רוב האלים האולימפיים, ומי ילדי קרונוס וריאה?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שמות כוכבי הלכת באנגלית קשורים למיתולוגיה?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אל או אלה מתוך הרשימה ועצבו כרטיס פרופיל: שם יווני ורומי, תחום, סמל, משפט שהאל היה אומר על עצמו, ובעיה מודרנית שהוא היה פותר.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מלך האלים ואיך קוראים לו ברומית?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האל/האלה ששולט/ת על 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האדס להאלים האולימפיים האחרים?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האלים האולימפיים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